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color w:val="555555"/>
          <w:sz w:val="16"/>
        </w:rPr>
        <w:t>ОБРАЗЕЦ. Это печатная форма из RentDesk — программы учёта проката (hub4rent.kz). Реквизиты сторон, данные клиента и автомобиля оставлены пустыми: заполните своими. Суммы, сроки и лимиты — пример.</w:t>
      </w:r>
    </w:p>
    <w:p>
      <w:pPr>
        <w:spacing w:after="120"/>
      </w:pPr>
      <w:r>
        <w:rPr>
          <w:color w:val="555555"/>
          <w:sz w:val="16"/>
        </w:rPr>
        <w:t>Документ не является юридической консультацией и юристом не вычитан. Перед тем как работать по нему с клиентами, проверьте текст у своего юриста: условия проката, ответственность и подсудность зависят от того, как устроен ваш бизнес.</w:t>
      </w:r>
    </w:p>
    <w:p>
      <w:pPr>
        <w:spacing w:after="200"/>
        <w:jc w:val="center"/>
      </w:pPr>
      <w:r>
        <w:rPr>
          <w:b/>
          <w:sz w:val="24"/>
        </w:rPr>
        <w:t>Акт приёма-передачи автомобиля к договору аренды № ________________ от 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</w:tr>
    </w:tbl>
    <w:p/>
    <w:p>
      <w:pPr>
        <w:jc w:val="both"/>
      </w:pPr>
      <w:r>
        <w:rPr>
          <w:b w:val="0"/>
        </w:rPr>
        <w:t>Арендодатель</w:t>
      </w:r>
      <w:r>
        <w:rPr>
          <w:b/>
        </w:rPr>
        <w:t>__________________________________</w:t>
      </w:r>
      <w:r>
        <w:rPr>
          <w:b w:val="0"/>
        </w:rPr>
        <w:t>в лице ________________ ________________ передал, а Арендатор</w:t>
      </w:r>
      <w:r>
        <w:rPr>
          <w:b/>
        </w:rPr>
        <w:t>__________________________________</w:t>
      </w:r>
      <w:r>
        <w:rPr>
          <w:b w:val="0"/>
        </w:rPr>
        <w:t>, удостоверение личности __________________________________, ИИН ________________, водительское удостоверение ________________, принял автомобиль</w:t>
      </w:r>
      <w:r>
        <w:rPr>
          <w:b/>
        </w:rPr>
        <w:t>________________</w:t>
      </w:r>
      <w:r>
        <w:rPr>
          <w:b w:val="0"/>
        </w:rPr>
        <w:t>, ____ года выпуска, цвет ________________, кузов (VIN) __________________________________, государственный регистрационный номерной знак</w:t>
      </w:r>
      <w:r>
        <w:rPr>
          <w:b/>
        </w:rPr>
        <w:t>________________</w:t>
      </w:r>
      <w:r>
        <w:rPr>
          <w:b w:val="0"/>
        </w:rPr>
        <w:t>(далее — Автомобиль).</w:t>
      </w:r>
    </w:p>
    <w:p>
      <w:pPr>
        <w:jc w:val="both"/>
      </w:pPr>
      <w:r>
        <w:rPr>
          <w:b/>
        </w:rPr>
        <w:t>1. Состояние Автомобиля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pPr>
              <w:spacing w:after="40"/>
            </w:pPr>
            <w:r>
              <w:rPr>
                <w:b/>
              </w:rPr>
              <w:t>Показатель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/>
              </w:rPr>
              <w:t>При выдаче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/>
              </w:rPr>
              <w:t>При возврате</w:t>
            </w:r>
          </w:p>
        </w:tc>
      </w:tr>
      <w:tr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Дата и время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________________ ____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________________ ____</w:t>
            </w:r>
          </w:p>
        </w:tc>
      </w:tr>
      <w:tr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Место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__________________________________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__________________________________</w:t>
            </w:r>
          </w:p>
        </w:tc>
      </w:tr>
      <w:tr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Пробег, км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</w:tr>
      <w:tr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Уровень топлива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</w:tr>
      <w:tr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Чистота салона и кузова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  <w:tc>
          <w:tcPr>
            <w:tcW w:type="dxa" w:w="3419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</w:tr>
    </w:tbl>
    <w:p/>
    <w:p>
      <w:pPr>
        <w:jc w:val="both"/>
      </w:pPr>
      <w:r>
        <w:rPr>
          <w:b/>
        </w:rPr>
        <w:t>2. Комплектность</w:t>
      </w:r>
    </w:p>
    <w:p>
      <w:pPr>
        <w:jc w:val="both"/>
      </w:pPr>
      <w:r>
        <w:rPr>
          <w:b w:val="0"/>
        </w:rPr>
        <w:t>Вместе с Автомобилем переданы: свидетельство о регистрации транспортного средства ________________, полис обязательного страхования гражданско-правовой ответственности ________________, путевой лист, комплект ключей (__ шт.), знак аварийной остановки, аптечка, огнетушитель, домкрат, баллонный ключ, запасное колесо, комплект ковров. Дополнительно: __________________________________.</w:t>
      </w:r>
    </w:p>
    <w:p>
      <w:pPr>
        <w:jc w:val="both"/>
      </w:pPr>
      <w:r>
        <w:rPr>
          <w:b/>
        </w:rPr>
        <w:t>3. Повреждения на момент выдачи</w:t>
      </w:r>
    </w:p>
    <w:p>
      <w:pPr>
        <w:jc w:val="both"/>
      </w:pPr>
      <w:r>
        <w:rPr>
          <w:b w:val="0"/>
        </w:rPr>
        <w:t>Внешние и внутренние повреждения, имеющиеся на момент выдачи Автомобиля: __________________________________. Иных повреждений при осмотре не обнаружено. Состояние Автомобиля зафиксировано фотографиями, которые являются приложением к настоящему акту.</w:t>
      </w:r>
    </w:p>
    <w:p>
      <w:pPr>
        <w:jc w:val="both"/>
      </w:pPr>
      <w:r>
        <w:rPr>
          <w:b/>
        </w:rPr>
        <w:t>4. Возврат Автомобиля</w:t>
      </w:r>
    </w:p>
    <w:p>
      <w:pPr>
        <w:jc w:val="both"/>
      </w:pPr>
      <w:r>
        <w:rPr>
          <w:b w:val="0"/>
        </w:rPr>
        <w:t>4.1. Автомобиль возвращён Арендодателю ________________ в ____ по адресу __________________________________.</w:t>
      </w:r>
    </w:p>
    <w:p>
      <w:pPr>
        <w:jc w:val="both"/>
      </w:pPr>
      <w:r>
        <w:rPr>
          <w:b w:val="0"/>
        </w:rPr>
        <w:t>4.2. Повреждения, выявленные при возврате: __________________________________.</w:t>
      </w:r>
    </w:p>
    <w:p>
      <w:pPr>
        <w:jc w:val="both"/>
      </w:pPr>
      <w:r>
        <w:rPr>
          <w:b w:val="0"/>
        </w:rPr>
        <w:t>4.3. Превышение суточного лимита пробега (300 км в сутки): ________________ км, к оплате ________________ ₸.</w:t>
      </w:r>
    </w:p>
    <w:p>
      <w:pPr>
        <w:jc w:val="both"/>
      </w:pPr>
      <w:r>
        <w:rPr>
          <w:b w:val="0"/>
        </w:rPr>
        <w:t>4.4. Задолженность по арендной плате и дополнительным услугам на момент возврата: ________________ ₸.</w:t>
      </w:r>
    </w:p>
    <w:p>
      <w:pPr>
        <w:jc w:val="both"/>
      </w:pPr>
      <w:r>
        <w:rPr>
          <w:b/>
        </w:rPr>
        <w:t>5. Расчёты по гарантийному взносу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pPr>
              <w:spacing w:after="40"/>
            </w:pPr>
            <w:r>
              <w:rPr>
                <w:b/>
              </w:rPr>
              <w:t>Основание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/>
              </w:rPr>
              <w:t>Сумма, ₸</w:t>
            </w:r>
          </w:p>
        </w:tc>
      </w:tr>
      <w:tr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Внесено при выдаче (залог)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80 000</w:t>
            </w:r>
          </w:p>
        </w:tc>
      </w:tr>
      <w:tr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Удержано за ущерб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</w:tr>
      <w:tr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Удержано за превышение пробега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</w:tr>
      <w:tr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Удержано за топливо и мойку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</w:tr>
      <w:tr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Удержано за штрафы и пени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</w:tr>
      <w:tr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Возвращено Арендатору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 w:val="0"/>
              </w:rPr>
              <w:t>________________</w:t>
            </w:r>
          </w:p>
        </w:tc>
      </w:tr>
    </w:tbl>
    <w:p/>
    <w:p>
      <w:pPr>
        <w:jc w:val="both"/>
      </w:pPr>
      <w:r>
        <w:rPr>
          <w:b w:val="0"/>
        </w:rPr>
        <w:t>Основания удержаний Арендатору разъяснены. Претензий по составу и размеру удержаний стороны друг к другу не имеют, за исключением указанных ниже: __________________________________.</w:t>
      </w:r>
    </w:p>
    <w:p>
      <w:pPr>
        <w:jc w:val="both"/>
      </w:pPr>
      <w:r>
        <w:rPr>
          <w:b/>
        </w:rPr>
        <w:t>6. Подписи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pPr>
              <w:spacing w:after="40"/>
            </w:pPr>
            <w:r>
              <w:rPr>
                <w:b/>
              </w:rPr>
              <w:t>Автомобиль выдал</w:t>
            </w:r>
            <w:r>
              <w:br/>
            </w:r>
            <w:r>
              <w:rPr>
                <w:b w:val="0"/>
              </w:rPr>
              <w:t>________________</w:t>
            </w:r>
            <w:r>
              <w:br/>
            </w:r>
            <w:r>
              <w:rPr>
                <w:b w:val="0"/>
              </w:rPr>
              <w:t>______________________</w:t>
            </w:r>
            <w:r>
              <w:br/>
            </w:r>
            <w:r>
              <w:rPr>
                <w:b w:val="0"/>
              </w:rPr>
              <w:t>________________ ____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/>
              </w:rPr>
              <w:t>Автомобиль принял</w:t>
            </w:r>
            <w:r>
              <w:br/>
            </w:r>
            <w:r>
              <w:rPr>
                <w:b w:val="0"/>
              </w:rPr>
              <w:t>________________</w:t>
            </w:r>
            <w:r>
              <w:br/>
            </w:r>
            <w:r>
              <w:rPr>
                <w:b w:val="0"/>
              </w:rPr>
              <w:t>______________________</w:t>
            </w:r>
            <w:r>
              <w:br/>
            </w:r>
            <w:r>
              <w:rPr>
                <w:b w:val="0"/>
              </w:rPr>
              <w:t>________________ ____</w:t>
            </w:r>
          </w:p>
        </w:tc>
      </w:tr>
      <w:tr>
        <w:tc>
          <w:tcPr>
            <w:tcW w:type="dxa" w:w="5128"/>
          </w:tcPr>
          <w:p>
            <w:pPr>
              <w:spacing w:after="40"/>
            </w:pPr>
            <w:r>
              <w:rPr>
                <w:b/>
              </w:rPr>
              <w:t>Автомобиль принял из аренды</w:t>
            </w:r>
            <w:r>
              <w:br/>
            </w:r>
            <w:r>
              <w:rPr>
                <w:b w:val="0"/>
              </w:rPr>
              <w:t>________________</w:t>
            </w:r>
            <w:r>
              <w:br/>
            </w:r>
            <w:r>
              <w:rPr>
                <w:b w:val="0"/>
              </w:rPr>
              <w:t>______________________</w:t>
            </w:r>
            <w:r>
              <w:br/>
            </w:r>
            <w:r>
              <w:rPr>
                <w:b w:val="0"/>
              </w:rPr>
              <w:t>________________ ____</w:t>
            </w:r>
          </w:p>
        </w:tc>
        <w:tc>
          <w:tcPr>
            <w:tcW w:type="dxa" w:w="5128"/>
          </w:tcPr>
          <w:p>
            <w:pPr>
              <w:spacing w:after="40"/>
            </w:pPr>
            <w:r>
              <w:rPr>
                <w:b/>
              </w:rPr>
              <w:t>Автомобиль сдал</w:t>
            </w:r>
            <w:r>
              <w:br/>
            </w:r>
            <w:r>
              <w:rPr>
                <w:b w:val="0"/>
              </w:rPr>
              <w:t>________________</w:t>
            </w:r>
            <w:r>
              <w:br/>
            </w:r>
            <w:r>
              <w:rPr>
                <w:b w:val="0"/>
              </w:rPr>
              <w:t>______________________</w:t>
            </w:r>
            <w:r>
              <w:br/>
            </w:r>
            <w:r>
              <w:rPr>
                <w:b w:val="0"/>
              </w:rPr>
              <w:t>________________ ____</w:t>
            </w:r>
          </w:p>
        </w:tc>
      </w:tr>
    </w:tbl>
    <w:p/>
    <w:p>
      <w:pPr>
        <w:spacing w:after="120"/>
      </w:pPr>
      <w:r>
        <w:rPr>
          <w:color w:val="555555"/>
          <w:sz w:val="16"/>
        </w:rPr>
        <w:t>Образец подготовлен командой RentDesk, версия от 14.09.2026. Свежая версия и разбор каждого документа — hub4rent.kz/dokumenty-prokata/. Числа в разделах о стоимости, залоге, пробеге и пене — пример: подставьте свои тарифы.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